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D1242" w14:textId="3A093815" w:rsidR="00E54468" w:rsidRDefault="00F60190">
      <w:pPr>
        <w:pStyle w:val="Heading1"/>
        <w:jc w:val="center"/>
      </w:pPr>
      <w:r>
        <w:t>APPLICATION FORM FOR ADMISSION TO M.B.B.S COURSE</w:t>
      </w:r>
      <w:r w:rsidR="004F6445">
        <w:t xml:space="preserve"> </w:t>
      </w:r>
    </w:p>
    <w:p w14:paraId="599D1243" w14:textId="77777777" w:rsidR="008B1972" w:rsidRPr="008B1972" w:rsidRDefault="008B1972" w:rsidP="008B1972"/>
    <w:p w14:paraId="599D1244" w14:textId="77777777" w:rsidR="00E54468" w:rsidRDefault="004F6445">
      <w:r>
        <w:rPr>
          <w:noProof/>
          <w:lang w:val="en-IN" w:eastAsia="en-IN"/>
        </w:rPr>
        <w:pict w14:anchorId="599D12AB">
          <v:rect id="_x0000_s1026" style="position:absolute;margin-left:363.6pt;margin-top:2.05pt;width:117pt;height:135.7pt;z-index:251658240">
            <v:textbox>
              <w:txbxContent>
                <w:p w14:paraId="599D12C0" w14:textId="77777777" w:rsidR="003C46D3" w:rsidRDefault="003C46D3" w:rsidP="003C46D3">
                  <w:pPr>
                    <w:jc w:val="center"/>
                  </w:pPr>
                </w:p>
                <w:p w14:paraId="599D12C1" w14:textId="77777777" w:rsidR="003C46D3" w:rsidRDefault="003C46D3" w:rsidP="003C46D3">
                  <w:pPr>
                    <w:jc w:val="center"/>
                  </w:pPr>
                </w:p>
                <w:p w14:paraId="599D12C2" w14:textId="28F97911" w:rsidR="008B1972" w:rsidRDefault="003C46D3" w:rsidP="008B1972">
                  <w:pPr>
                    <w:spacing w:after="0" w:line="240" w:lineRule="auto"/>
                    <w:jc w:val="center"/>
                  </w:pPr>
                  <w:r>
                    <w:t xml:space="preserve">Recent </w:t>
                  </w:r>
                  <w:r w:rsidR="00DB5DA6">
                    <w:t>color</w:t>
                  </w:r>
                  <w:r>
                    <w:t xml:space="preserve"> </w:t>
                  </w:r>
                </w:p>
                <w:p w14:paraId="599D12C3" w14:textId="77777777" w:rsidR="003C46D3" w:rsidRDefault="003C46D3" w:rsidP="003C46D3">
                  <w:pPr>
                    <w:jc w:val="center"/>
                  </w:pPr>
                  <w:r>
                    <w:t>P</w:t>
                  </w:r>
                  <w:r w:rsidR="008B1972">
                    <w:t>assp</w:t>
                  </w:r>
                  <w:r>
                    <w:t>ort Photograph</w:t>
                  </w:r>
                </w:p>
              </w:txbxContent>
            </v:textbox>
          </v:rect>
        </w:pict>
      </w:r>
      <w:r w:rsidR="00F60190">
        <w:t>1. Name in Full (Capital Letter): ________________________________</w:t>
      </w:r>
    </w:p>
    <w:p w14:paraId="599D1245" w14:textId="77777777" w:rsidR="00E54468" w:rsidRDefault="00F60190">
      <w:r>
        <w:t>2. Contact No.: ________________________________</w:t>
      </w:r>
    </w:p>
    <w:p w14:paraId="599D1246" w14:textId="77777777" w:rsidR="00E54468" w:rsidRDefault="00F60190">
      <w:r>
        <w:t>3. Email ID: ________________________________</w:t>
      </w:r>
    </w:p>
    <w:p w14:paraId="599D1247" w14:textId="77777777" w:rsidR="00E54468" w:rsidRDefault="00F60190">
      <w:r>
        <w:t>4. Sex: Male / Female</w:t>
      </w:r>
    </w:p>
    <w:p w14:paraId="599D1248" w14:textId="77777777" w:rsidR="00E54468" w:rsidRDefault="00F60190">
      <w:r>
        <w:t>5. Date of Birth: ________________________________</w:t>
      </w:r>
    </w:p>
    <w:p w14:paraId="599D1249" w14:textId="77777777" w:rsidR="00E54468" w:rsidRDefault="00F60190">
      <w:r>
        <w:t>6. Nationality: ________________________________</w:t>
      </w:r>
    </w:p>
    <w:p w14:paraId="599D124A" w14:textId="77777777" w:rsidR="00E54468" w:rsidRDefault="00F60190">
      <w:r>
        <w:t>7. Religion: ________________________________</w:t>
      </w:r>
    </w:p>
    <w:p w14:paraId="599D124B" w14:textId="77777777" w:rsidR="00E54468" w:rsidRDefault="00F60190">
      <w:r>
        <w:t>8. Category: SC / ST / OBC / GEN / PH</w:t>
      </w:r>
    </w:p>
    <w:p w14:paraId="599D124C" w14:textId="77777777" w:rsidR="00E54468" w:rsidRDefault="00F60190">
      <w:r>
        <w:t>9. Permanent Residential Address (Village, P.O., P.S., Dist., Pin Code):</w:t>
      </w:r>
    </w:p>
    <w:p w14:paraId="599D124D" w14:textId="77777777" w:rsidR="00B661BC" w:rsidRDefault="00F60190">
      <w:r>
        <w:t>______________________________________________________________</w:t>
      </w:r>
      <w:r w:rsidR="002B15CB">
        <w:t>_______________________________________</w:t>
      </w:r>
    </w:p>
    <w:p w14:paraId="599D124E" w14:textId="77777777" w:rsidR="00E54468" w:rsidRDefault="002B15CB">
      <w:r>
        <w:t>_____________________________________________________________________________________________________</w:t>
      </w:r>
    </w:p>
    <w:p w14:paraId="599D124F" w14:textId="77777777" w:rsidR="00E54468" w:rsidRDefault="00F60190">
      <w:r>
        <w:t>10. Present Address (If any):</w:t>
      </w:r>
    </w:p>
    <w:p w14:paraId="599D1250" w14:textId="77777777" w:rsidR="00E54468" w:rsidRDefault="00F60190">
      <w:r>
        <w:t>______________________________________________________________</w:t>
      </w:r>
      <w:r w:rsidR="00B661BC">
        <w:t>_______________________________________</w:t>
      </w:r>
    </w:p>
    <w:p w14:paraId="599D1251" w14:textId="77777777" w:rsidR="00B661BC" w:rsidRDefault="00B661BC">
      <w:r>
        <w:t>_____________________________________________________________________________________________________</w:t>
      </w:r>
    </w:p>
    <w:p w14:paraId="599D1252" w14:textId="77777777" w:rsidR="00E54468" w:rsidRDefault="00F60190">
      <w:r>
        <w:t>11. Father's Name: ________________________________</w:t>
      </w:r>
      <w:r w:rsidR="00D46116">
        <w:t>________</w:t>
      </w:r>
    </w:p>
    <w:p w14:paraId="599D1253" w14:textId="77777777" w:rsidR="00E54468" w:rsidRDefault="00F60190">
      <w:r>
        <w:t xml:space="preserve">    Contact No. &amp; Email ID: ________________________________</w:t>
      </w:r>
      <w:r w:rsidR="00C02D9D">
        <w:t>_______________________________________</w:t>
      </w:r>
    </w:p>
    <w:p w14:paraId="599D1254" w14:textId="77777777" w:rsidR="00E54468" w:rsidRDefault="00F60190">
      <w:r>
        <w:t>12. Mother's Name: ________________________________</w:t>
      </w:r>
      <w:r w:rsidR="00D46116">
        <w:t>_______</w:t>
      </w:r>
    </w:p>
    <w:p w14:paraId="599D1255" w14:textId="77777777" w:rsidR="00E54468" w:rsidRDefault="00F60190">
      <w:r>
        <w:t xml:space="preserve">    Contact No. &amp; Email ID: ________________________________</w:t>
      </w:r>
      <w:r w:rsidR="00C02D9D">
        <w:t>_______________________________________</w:t>
      </w:r>
    </w:p>
    <w:p w14:paraId="599D1256" w14:textId="77777777" w:rsidR="00E54468" w:rsidRDefault="00F60190">
      <w:r>
        <w:t>13. Guardian's Name and Relationship (if father is not alive): ________________________________</w:t>
      </w:r>
      <w:r w:rsidR="00D46116">
        <w:t>_____________________________________</w:t>
      </w:r>
    </w:p>
    <w:p w14:paraId="599D1257" w14:textId="77777777" w:rsidR="00E54468" w:rsidRDefault="00F60190">
      <w:r>
        <w:t>14. Father's/Guardian's Occupation and Approx. Annual Income: ________________________________</w:t>
      </w:r>
      <w:r w:rsidR="00D46116">
        <w:t>_____________________________________</w:t>
      </w:r>
    </w:p>
    <w:p w14:paraId="599D1258" w14:textId="77777777" w:rsidR="00E54468" w:rsidRDefault="00F60190">
      <w:r>
        <w:t>15. Local Guardian's Name and Contact No. (For other State Candidate): ________________________________</w:t>
      </w:r>
      <w:r w:rsidR="00D46116">
        <w:t>_____________________________________</w:t>
      </w:r>
    </w:p>
    <w:p w14:paraId="599D1259" w14:textId="77777777" w:rsidR="00C02D9D" w:rsidRDefault="00C02D9D">
      <w:r>
        <w:br w:type="page"/>
      </w:r>
    </w:p>
    <w:p w14:paraId="599D125A" w14:textId="77777777" w:rsidR="00C02D9D" w:rsidRDefault="00C02D9D"/>
    <w:p w14:paraId="599D125B" w14:textId="77777777" w:rsidR="00C02D9D" w:rsidRDefault="00C02D9D" w:rsidP="00C02D9D">
      <w:r>
        <w:t>16. Receiving Financial Assistance / Scholarship? Yes / No</w:t>
      </w:r>
    </w:p>
    <w:p w14:paraId="599D125C" w14:textId="77777777" w:rsidR="00C02D9D" w:rsidRDefault="00C02D9D" w:rsidP="00C02D9D">
      <w:r>
        <w:t xml:space="preserve">    If Yes, Details: _________________________________________________</w:t>
      </w:r>
    </w:p>
    <w:p w14:paraId="599D125D" w14:textId="77777777" w:rsidR="008B1972" w:rsidRDefault="00F60190" w:rsidP="00AA6326">
      <w:r>
        <w:t>17. Name of School Last Attended and Year of Passing: ________________________________</w:t>
      </w:r>
      <w:r w:rsidR="00D46116">
        <w:t>______</w:t>
      </w:r>
    </w:p>
    <w:p w14:paraId="599D125E" w14:textId="77777777" w:rsidR="008B1972" w:rsidRPr="008B1972" w:rsidRDefault="008B1972">
      <w:pPr>
        <w:pStyle w:val="Heading2"/>
        <w:rPr>
          <w:sz w:val="2"/>
        </w:rPr>
      </w:pPr>
    </w:p>
    <w:p w14:paraId="599D125F" w14:textId="77777777" w:rsidR="00E54468" w:rsidRDefault="00F60190">
      <w:pPr>
        <w:pStyle w:val="Heading2"/>
      </w:pPr>
      <w:r>
        <w:t>18. Academic Qualification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2"/>
        <w:gridCol w:w="1578"/>
        <w:gridCol w:w="1149"/>
        <w:gridCol w:w="1254"/>
        <w:gridCol w:w="1113"/>
        <w:gridCol w:w="1190"/>
        <w:gridCol w:w="1113"/>
      </w:tblGrid>
      <w:tr w:rsidR="00E54468" w14:paraId="599D1267" w14:textId="77777777">
        <w:tc>
          <w:tcPr>
            <w:tcW w:w="1234" w:type="dxa"/>
          </w:tcPr>
          <w:p w14:paraId="599D1260" w14:textId="77777777" w:rsidR="00E54468" w:rsidRDefault="00F60190">
            <w:r>
              <w:t>Board (10+2)</w:t>
            </w:r>
          </w:p>
        </w:tc>
        <w:tc>
          <w:tcPr>
            <w:tcW w:w="1234" w:type="dxa"/>
          </w:tcPr>
          <w:p w14:paraId="599D1261" w14:textId="77777777" w:rsidR="00E54468" w:rsidRDefault="00F60190">
            <w:r>
              <w:t>Division/Class</w:t>
            </w:r>
          </w:p>
        </w:tc>
        <w:tc>
          <w:tcPr>
            <w:tcW w:w="1234" w:type="dxa"/>
          </w:tcPr>
          <w:p w14:paraId="599D1262" w14:textId="77777777" w:rsidR="00E54468" w:rsidRDefault="00F60190">
            <w:r>
              <w:t>Year Passing</w:t>
            </w:r>
          </w:p>
        </w:tc>
        <w:tc>
          <w:tcPr>
            <w:tcW w:w="1234" w:type="dxa"/>
          </w:tcPr>
          <w:p w14:paraId="599D1263" w14:textId="77777777" w:rsidR="00E54468" w:rsidRDefault="00F60190">
            <w:r>
              <w:t>Subject</w:t>
            </w:r>
          </w:p>
        </w:tc>
        <w:tc>
          <w:tcPr>
            <w:tcW w:w="1234" w:type="dxa"/>
          </w:tcPr>
          <w:p w14:paraId="599D1264" w14:textId="77777777" w:rsidR="00E54468" w:rsidRDefault="00F60190">
            <w:r>
              <w:t>Full Marks</w:t>
            </w:r>
          </w:p>
        </w:tc>
        <w:tc>
          <w:tcPr>
            <w:tcW w:w="1234" w:type="dxa"/>
          </w:tcPr>
          <w:p w14:paraId="599D1265" w14:textId="77777777" w:rsidR="00E54468" w:rsidRDefault="00F60190">
            <w:r>
              <w:t>Marks Obtained</w:t>
            </w:r>
          </w:p>
        </w:tc>
        <w:tc>
          <w:tcPr>
            <w:tcW w:w="1234" w:type="dxa"/>
          </w:tcPr>
          <w:p w14:paraId="599D1266" w14:textId="77777777" w:rsidR="00E54468" w:rsidRDefault="00F60190">
            <w:r>
              <w:t>Total Marks in PCS</w:t>
            </w:r>
          </w:p>
        </w:tc>
      </w:tr>
      <w:tr w:rsidR="00E54468" w14:paraId="599D126F" w14:textId="77777777">
        <w:tc>
          <w:tcPr>
            <w:tcW w:w="1234" w:type="dxa"/>
          </w:tcPr>
          <w:p w14:paraId="599D1268" w14:textId="77777777" w:rsidR="00E54468" w:rsidRDefault="00E54468"/>
        </w:tc>
        <w:tc>
          <w:tcPr>
            <w:tcW w:w="1234" w:type="dxa"/>
          </w:tcPr>
          <w:p w14:paraId="599D1269" w14:textId="77777777" w:rsidR="00E54468" w:rsidRDefault="00E54468"/>
        </w:tc>
        <w:tc>
          <w:tcPr>
            <w:tcW w:w="1234" w:type="dxa"/>
          </w:tcPr>
          <w:p w14:paraId="599D126A" w14:textId="77777777" w:rsidR="00E54468" w:rsidRDefault="00E54468"/>
        </w:tc>
        <w:tc>
          <w:tcPr>
            <w:tcW w:w="1234" w:type="dxa"/>
          </w:tcPr>
          <w:p w14:paraId="599D126B" w14:textId="77777777" w:rsidR="00E54468" w:rsidRDefault="00F60190">
            <w:r>
              <w:t>Physics</w:t>
            </w:r>
          </w:p>
        </w:tc>
        <w:tc>
          <w:tcPr>
            <w:tcW w:w="1234" w:type="dxa"/>
          </w:tcPr>
          <w:p w14:paraId="599D126C" w14:textId="77777777" w:rsidR="00E54468" w:rsidRDefault="00E54468"/>
        </w:tc>
        <w:tc>
          <w:tcPr>
            <w:tcW w:w="1234" w:type="dxa"/>
          </w:tcPr>
          <w:p w14:paraId="599D126D" w14:textId="77777777" w:rsidR="00E54468" w:rsidRDefault="00E54468"/>
        </w:tc>
        <w:tc>
          <w:tcPr>
            <w:tcW w:w="1234" w:type="dxa"/>
          </w:tcPr>
          <w:p w14:paraId="599D126E" w14:textId="77777777" w:rsidR="00E54468" w:rsidRDefault="00E54468"/>
        </w:tc>
      </w:tr>
      <w:tr w:rsidR="00E54468" w14:paraId="599D1277" w14:textId="77777777">
        <w:tc>
          <w:tcPr>
            <w:tcW w:w="1234" w:type="dxa"/>
          </w:tcPr>
          <w:p w14:paraId="599D1270" w14:textId="77777777" w:rsidR="00E54468" w:rsidRDefault="00E54468"/>
        </w:tc>
        <w:tc>
          <w:tcPr>
            <w:tcW w:w="1234" w:type="dxa"/>
          </w:tcPr>
          <w:p w14:paraId="599D1271" w14:textId="77777777" w:rsidR="00E54468" w:rsidRDefault="00E54468"/>
        </w:tc>
        <w:tc>
          <w:tcPr>
            <w:tcW w:w="1234" w:type="dxa"/>
          </w:tcPr>
          <w:p w14:paraId="599D1272" w14:textId="77777777" w:rsidR="00E54468" w:rsidRDefault="00E54468"/>
        </w:tc>
        <w:tc>
          <w:tcPr>
            <w:tcW w:w="1234" w:type="dxa"/>
          </w:tcPr>
          <w:p w14:paraId="599D1273" w14:textId="77777777" w:rsidR="00E54468" w:rsidRDefault="00F60190">
            <w:r>
              <w:t>Chemistry</w:t>
            </w:r>
          </w:p>
        </w:tc>
        <w:tc>
          <w:tcPr>
            <w:tcW w:w="1234" w:type="dxa"/>
          </w:tcPr>
          <w:p w14:paraId="599D1274" w14:textId="77777777" w:rsidR="00E54468" w:rsidRDefault="00E54468"/>
        </w:tc>
        <w:tc>
          <w:tcPr>
            <w:tcW w:w="1234" w:type="dxa"/>
          </w:tcPr>
          <w:p w14:paraId="599D1275" w14:textId="77777777" w:rsidR="00E54468" w:rsidRDefault="00E54468"/>
        </w:tc>
        <w:tc>
          <w:tcPr>
            <w:tcW w:w="1234" w:type="dxa"/>
          </w:tcPr>
          <w:p w14:paraId="599D1276" w14:textId="77777777" w:rsidR="00E54468" w:rsidRDefault="00E54468"/>
        </w:tc>
      </w:tr>
      <w:tr w:rsidR="00E54468" w14:paraId="599D127F" w14:textId="77777777">
        <w:tc>
          <w:tcPr>
            <w:tcW w:w="1234" w:type="dxa"/>
          </w:tcPr>
          <w:p w14:paraId="599D1278" w14:textId="77777777" w:rsidR="00E54468" w:rsidRDefault="00E54468"/>
        </w:tc>
        <w:tc>
          <w:tcPr>
            <w:tcW w:w="1234" w:type="dxa"/>
          </w:tcPr>
          <w:p w14:paraId="599D1279" w14:textId="77777777" w:rsidR="00E54468" w:rsidRDefault="00E54468"/>
        </w:tc>
        <w:tc>
          <w:tcPr>
            <w:tcW w:w="1234" w:type="dxa"/>
          </w:tcPr>
          <w:p w14:paraId="599D127A" w14:textId="77777777" w:rsidR="00E54468" w:rsidRDefault="00E54468"/>
        </w:tc>
        <w:tc>
          <w:tcPr>
            <w:tcW w:w="1234" w:type="dxa"/>
          </w:tcPr>
          <w:p w14:paraId="599D127B" w14:textId="77777777" w:rsidR="00E54468" w:rsidRDefault="00F60190">
            <w:r>
              <w:t>Biology</w:t>
            </w:r>
          </w:p>
        </w:tc>
        <w:tc>
          <w:tcPr>
            <w:tcW w:w="1234" w:type="dxa"/>
          </w:tcPr>
          <w:p w14:paraId="599D127C" w14:textId="77777777" w:rsidR="00E54468" w:rsidRDefault="00E54468"/>
        </w:tc>
        <w:tc>
          <w:tcPr>
            <w:tcW w:w="1234" w:type="dxa"/>
          </w:tcPr>
          <w:p w14:paraId="599D127D" w14:textId="77777777" w:rsidR="00E54468" w:rsidRDefault="00E54468"/>
        </w:tc>
        <w:tc>
          <w:tcPr>
            <w:tcW w:w="1234" w:type="dxa"/>
          </w:tcPr>
          <w:p w14:paraId="599D127E" w14:textId="77777777" w:rsidR="00E54468" w:rsidRDefault="00E54468"/>
        </w:tc>
      </w:tr>
      <w:tr w:rsidR="00E54468" w14:paraId="599D1287" w14:textId="77777777">
        <w:tc>
          <w:tcPr>
            <w:tcW w:w="1234" w:type="dxa"/>
          </w:tcPr>
          <w:p w14:paraId="599D1280" w14:textId="77777777" w:rsidR="00E54468" w:rsidRDefault="00E54468"/>
        </w:tc>
        <w:tc>
          <w:tcPr>
            <w:tcW w:w="1234" w:type="dxa"/>
          </w:tcPr>
          <w:p w14:paraId="599D1281" w14:textId="77777777" w:rsidR="00E54468" w:rsidRDefault="00E54468"/>
        </w:tc>
        <w:tc>
          <w:tcPr>
            <w:tcW w:w="1234" w:type="dxa"/>
          </w:tcPr>
          <w:p w14:paraId="599D1282" w14:textId="77777777" w:rsidR="00E54468" w:rsidRDefault="00E54468"/>
        </w:tc>
        <w:tc>
          <w:tcPr>
            <w:tcW w:w="1234" w:type="dxa"/>
          </w:tcPr>
          <w:p w14:paraId="599D1283" w14:textId="77777777" w:rsidR="00E54468" w:rsidRDefault="00F60190">
            <w:r>
              <w:t>English</w:t>
            </w:r>
          </w:p>
        </w:tc>
        <w:tc>
          <w:tcPr>
            <w:tcW w:w="1234" w:type="dxa"/>
          </w:tcPr>
          <w:p w14:paraId="599D1284" w14:textId="77777777" w:rsidR="00E54468" w:rsidRDefault="00E54468"/>
        </w:tc>
        <w:tc>
          <w:tcPr>
            <w:tcW w:w="1234" w:type="dxa"/>
          </w:tcPr>
          <w:p w14:paraId="599D1285" w14:textId="77777777" w:rsidR="00E54468" w:rsidRDefault="00E54468"/>
        </w:tc>
        <w:tc>
          <w:tcPr>
            <w:tcW w:w="1234" w:type="dxa"/>
          </w:tcPr>
          <w:p w14:paraId="599D1286" w14:textId="77777777" w:rsidR="00E54468" w:rsidRDefault="00E54468"/>
        </w:tc>
      </w:tr>
      <w:tr w:rsidR="00E54468" w14:paraId="599D128F" w14:textId="77777777">
        <w:tc>
          <w:tcPr>
            <w:tcW w:w="1234" w:type="dxa"/>
          </w:tcPr>
          <w:p w14:paraId="599D1288" w14:textId="77777777" w:rsidR="00E54468" w:rsidRDefault="00E54468"/>
        </w:tc>
        <w:tc>
          <w:tcPr>
            <w:tcW w:w="1234" w:type="dxa"/>
          </w:tcPr>
          <w:p w14:paraId="599D1289" w14:textId="77777777" w:rsidR="00E54468" w:rsidRDefault="00E54468"/>
        </w:tc>
        <w:tc>
          <w:tcPr>
            <w:tcW w:w="1234" w:type="dxa"/>
          </w:tcPr>
          <w:p w14:paraId="599D128A" w14:textId="77777777" w:rsidR="00E54468" w:rsidRDefault="00E54468"/>
        </w:tc>
        <w:tc>
          <w:tcPr>
            <w:tcW w:w="1234" w:type="dxa"/>
          </w:tcPr>
          <w:p w14:paraId="599D128B" w14:textId="77777777" w:rsidR="00E54468" w:rsidRDefault="00F60190">
            <w:r>
              <w:t>Vernacular</w:t>
            </w:r>
          </w:p>
        </w:tc>
        <w:tc>
          <w:tcPr>
            <w:tcW w:w="1234" w:type="dxa"/>
          </w:tcPr>
          <w:p w14:paraId="599D128C" w14:textId="77777777" w:rsidR="00E54468" w:rsidRDefault="00E54468"/>
        </w:tc>
        <w:tc>
          <w:tcPr>
            <w:tcW w:w="1234" w:type="dxa"/>
          </w:tcPr>
          <w:p w14:paraId="599D128D" w14:textId="77777777" w:rsidR="00E54468" w:rsidRDefault="00E54468"/>
        </w:tc>
        <w:tc>
          <w:tcPr>
            <w:tcW w:w="1234" w:type="dxa"/>
          </w:tcPr>
          <w:p w14:paraId="599D128E" w14:textId="77777777" w:rsidR="00E54468" w:rsidRDefault="00E54468"/>
        </w:tc>
      </w:tr>
    </w:tbl>
    <w:p w14:paraId="599D1290" w14:textId="77777777" w:rsidR="00E54468" w:rsidRDefault="00F60190">
      <w:r>
        <w:br/>
        <w:t>(ii) Any other relevant information (mandatory for students who passed school leaving examination before 2018):</w:t>
      </w:r>
    </w:p>
    <w:p w14:paraId="599D1291" w14:textId="77777777" w:rsidR="003E7E56" w:rsidRDefault="003E7E56">
      <w:pPr>
        <w:pStyle w:val="Heading2"/>
      </w:pPr>
    </w:p>
    <w:p w14:paraId="599D1292" w14:textId="77777777" w:rsidR="00E54468" w:rsidRDefault="00F60190">
      <w:pPr>
        <w:pStyle w:val="Heading2"/>
      </w:pPr>
      <w:r>
        <w:t>19. Details of Entrance Examination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5"/>
        <w:gridCol w:w="2134"/>
        <w:gridCol w:w="2126"/>
        <w:gridCol w:w="2134"/>
      </w:tblGrid>
      <w:tr w:rsidR="00E54468" w14:paraId="599D1297" w14:textId="77777777">
        <w:tc>
          <w:tcPr>
            <w:tcW w:w="2160" w:type="dxa"/>
          </w:tcPr>
          <w:p w14:paraId="599D1293" w14:textId="77777777" w:rsidR="00E54468" w:rsidRDefault="00F60190" w:rsidP="00CD6052">
            <w:pPr>
              <w:jc w:val="center"/>
            </w:pPr>
            <w:r>
              <w:t>Entrance Exam</w:t>
            </w:r>
          </w:p>
        </w:tc>
        <w:tc>
          <w:tcPr>
            <w:tcW w:w="2160" w:type="dxa"/>
          </w:tcPr>
          <w:p w14:paraId="599D1294" w14:textId="2E9944F8" w:rsidR="00E54468" w:rsidRDefault="00CD6052" w:rsidP="00CD6052">
            <w:pPr>
              <w:jc w:val="center"/>
            </w:pPr>
            <w:r>
              <w:t>Category</w:t>
            </w:r>
          </w:p>
        </w:tc>
        <w:tc>
          <w:tcPr>
            <w:tcW w:w="2160" w:type="dxa"/>
          </w:tcPr>
          <w:p w14:paraId="599D1295" w14:textId="08B663C6" w:rsidR="00E54468" w:rsidRDefault="00CD6052" w:rsidP="00CD6052">
            <w:pPr>
              <w:jc w:val="center"/>
            </w:pPr>
            <w:r>
              <w:t xml:space="preserve">All India </w:t>
            </w:r>
            <w:r w:rsidR="00DB5DA6">
              <w:t>Rank (</w:t>
            </w:r>
            <w:r w:rsidR="00445676">
              <w:t>AIR)</w:t>
            </w:r>
          </w:p>
        </w:tc>
        <w:tc>
          <w:tcPr>
            <w:tcW w:w="2160" w:type="dxa"/>
          </w:tcPr>
          <w:p w14:paraId="599D1296" w14:textId="77777777" w:rsidR="00E54468" w:rsidRDefault="00F60190" w:rsidP="00CD6052">
            <w:pPr>
              <w:jc w:val="center"/>
            </w:pPr>
            <w:r>
              <w:t>Marks Obtained</w:t>
            </w:r>
          </w:p>
        </w:tc>
      </w:tr>
      <w:tr w:rsidR="00E54468" w14:paraId="599D129C" w14:textId="77777777">
        <w:tc>
          <w:tcPr>
            <w:tcW w:w="2160" w:type="dxa"/>
          </w:tcPr>
          <w:p w14:paraId="599D1298" w14:textId="77777777" w:rsidR="00E54468" w:rsidRDefault="00E54468"/>
        </w:tc>
        <w:tc>
          <w:tcPr>
            <w:tcW w:w="2160" w:type="dxa"/>
          </w:tcPr>
          <w:p w14:paraId="599D1299" w14:textId="77777777" w:rsidR="00E54468" w:rsidRDefault="00E54468"/>
        </w:tc>
        <w:tc>
          <w:tcPr>
            <w:tcW w:w="2160" w:type="dxa"/>
          </w:tcPr>
          <w:p w14:paraId="599D129A" w14:textId="77777777" w:rsidR="00E54468" w:rsidRDefault="00E54468"/>
        </w:tc>
        <w:tc>
          <w:tcPr>
            <w:tcW w:w="2160" w:type="dxa"/>
          </w:tcPr>
          <w:p w14:paraId="599D129B" w14:textId="77777777" w:rsidR="00E54468" w:rsidRDefault="00E54468"/>
        </w:tc>
      </w:tr>
    </w:tbl>
    <w:p w14:paraId="599D129D" w14:textId="77777777" w:rsidR="008F2FF9" w:rsidRDefault="008F2FF9"/>
    <w:p w14:paraId="599D129E" w14:textId="77777777" w:rsidR="00D46116" w:rsidRDefault="00F60190">
      <w:r>
        <w:t xml:space="preserve">20. University Registration No. (if any) with University Name: </w:t>
      </w:r>
    </w:p>
    <w:p w14:paraId="599D129F" w14:textId="77777777" w:rsidR="00E54468" w:rsidRDefault="00F60190">
      <w:r>
        <w:t>________________________________</w:t>
      </w:r>
      <w:r w:rsidR="00D46116">
        <w:t>______________________________________</w:t>
      </w:r>
    </w:p>
    <w:p w14:paraId="599D12A0" w14:textId="21C58459" w:rsidR="008D030A" w:rsidRDefault="004F6445">
      <w:r>
        <w:rPr>
          <w:noProof/>
          <w:lang w:val="en-IN" w:eastAsia="en-IN"/>
        </w:rPr>
        <w:pict w14:anchorId="599D12AC">
          <v:rect id="_x0000_s1029" style="position:absolute;margin-left:166.25pt;margin-top:.8pt;width:13.8pt;height:12.55pt;z-index:251660288"/>
        </w:pict>
      </w:r>
      <w:r>
        <w:rPr>
          <w:noProof/>
          <w:lang w:val="en-IN" w:eastAsia="en-IN"/>
        </w:rPr>
        <w:pict w14:anchorId="599D12AD">
          <v:rect id="_x0000_s1031" style="position:absolute;margin-left:125.6pt;margin-top:.8pt;width:13.8pt;height:12.55pt;z-index:251661312"/>
        </w:pict>
      </w:r>
      <w:r w:rsidR="008D030A">
        <w:t xml:space="preserve">21. Visited </w:t>
      </w:r>
      <w:r w:rsidR="00DB5DA6">
        <w:t>Campus:</w:t>
      </w:r>
      <w:r w:rsidR="008D030A">
        <w:t xml:space="preserve"> </w:t>
      </w:r>
      <w:r w:rsidR="008D030A">
        <w:tab/>
        <w:t>Yes</w:t>
      </w:r>
      <w:r w:rsidR="008D030A">
        <w:tab/>
      </w:r>
      <w:r w:rsidR="00103E6A">
        <w:t xml:space="preserve">   </w:t>
      </w:r>
      <w:r w:rsidR="008D030A">
        <w:t>No</w:t>
      </w:r>
    </w:p>
    <w:p w14:paraId="599D12A1" w14:textId="77777777" w:rsidR="00890CAF" w:rsidRDefault="00890CAF"/>
    <w:p w14:paraId="599D12A2" w14:textId="77777777" w:rsidR="00E54468" w:rsidRDefault="00F60190" w:rsidP="00520D3F">
      <w:pPr>
        <w:spacing w:after="120"/>
      </w:pPr>
      <w:r>
        <w:t>I hereby certify that the above particulars given by me are true. I agree to abide by the rules and regulations of the institution.</w:t>
      </w:r>
    </w:p>
    <w:p w14:paraId="599D12A3" w14:textId="77777777" w:rsidR="00E54468" w:rsidRDefault="00E54468" w:rsidP="00520D3F">
      <w:pPr>
        <w:spacing w:after="120"/>
      </w:pPr>
    </w:p>
    <w:p w14:paraId="599D12A4" w14:textId="77777777" w:rsidR="00E54468" w:rsidRDefault="00F60190" w:rsidP="00520D3F">
      <w:pPr>
        <w:spacing w:after="120"/>
      </w:pPr>
      <w:r>
        <w:t>Date: ____________________</w:t>
      </w:r>
    </w:p>
    <w:p w14:paraId="599D12A5" w14:textId="77777777" w:rsidR="00E54468" w:rsidRDefault="00E54468" w:rsidP="00520D3F">
      <w:pPr>
        <w:spacing w:after="120"/>
      </w:pPr>
    </w:p>
    <w:p w14:paraId="599D12A6" w14:textId="77777777" w:rsidR="00C02D9D" w:rsidRDefault="00F60190" w:rsidP="00520D3F">
      <w:pPr>
        <w:spacing w:after="120"/>
      </w:pPr>
      <w:r>
        <w:t>Signature of Applicant: ____________________</w:t>
      </w:r>
      <w:r w:rsidR="00C02D9D">
        <w:t>__________________________________________</w:t>
      </w:r>
      <w:r>
        <w:t xml:space="preserve">        </w:t>
      </w:r>
    </w:p>
    <w:p w14:paraId="599D12A7" w14:textId="77777777" w:rsidR="00E54468" w:rsidRDefault="00F60190" w:rsidP="00520D3F">
      <w:pPr>
        <w:spacing w:after="120"/>
      </w:pPr>
      <w:r>
        <w:t>Signature of Father / Mother / Guardian: ____________________</w:t>
      </w:r>
      <w:r w:rsidR="00C02D9D">
        <w:t>______________________</w:t>
      </w:r>
    </w:p>
    <w:p w14:paraId="599D12A8" w14:textId="77777777" w:rsidR="00A50931" w:rsidRDefault="00A50931"/>
    <w:p w14:paraId="599D12A9" w14:textId="77777777" w:rsidR="00E54468" w:rsidRDefault="00F60190">
      <w:r>
        <w:t>Self-attested copies to be attached.</w:t>
      </w:r>
    </w:p>
    <w:sectPr w:rsidR="00E54468" w:rsidSect="008F2FF9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440" w:right="1797" w:bottom="1440" w:left="1797" w:header="68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D12B0" w14:textId="77777777" w:rsidR="0025776D" w:rsidRDefault="0025776D" w:rsidP="003C7DE8">
      <w:pPr>
        <w:spacing w:after="0" w:line="240" w:lineRule="auto"/>
      </w:pPr>
      <w:r>
        <w:separator/>
      </w:r>
    </w:p>
  </w:endnote>
  <w:endnote w:type="continuationSeparator" w:id="0">
    <w:p w14:paraId="599D12B1" w14:textId="77777777" w:rsidR="0025776D" w:rsidRDefault="0025776D" w:rsidP="003C7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D12B8" w14:textId="77777777" w:rsidR="00F33D2D" w:rsidRDefault="00F33D2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E65DC6">
      <w:fldChar w:fldCharType="begin"/>
    </w:r>
    <w:r w:rsidR="00E65DC6">
      <w:instrText xml:space="preserve"> PAGE   \* MERGEFORMAT </w:instrText>
    </w:r>
    <w:r w:rsidR="00E65DC6">
      <w:fldChar w:fldCharType="separate"/>
    </w:r>
    <w:r w:rsidR="00CD6052" w:rsidRPr="00CD6052">
      <w:rPr>
        <w:rFonts w:asciiTheme="majorHAnsi" w:hAnsiTheme="majorHAnsi"/>
        <w:noProof/>
      </w:rPr>
      <w:t>2</w:t>
    </w:r>
    <w:r w:rsidR="00E65DC6">
      <w:rPr>
        <w:rFonts w:asciiTheme="majorHAnsi" w:hAnsiTheme="majorHAnsi"/>
        <w:noProof/>
      </w:rPr>
      <w:fldChar w:fldCharType="end"/>
    </w:r>
  </w:p>
  <w:p w14:paraId="599D12B9" w14:textId="77777777" w:rsidR="003C7DE8" w:rsidRDefault="003C7D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D12AE" w14:textId="77777777" w:rsidR="0025776D" w:rsidRDefault="0025776D" w:rsidP="003C7DE8">
      <w:pPr>
        <w:spacing w:after="0" w:line="240" w:lineRule="auto"/>
      </w:pPr>
      <w:r>
        <w:separator/>
      </w:r>
    </w:p>
  </w:footnote>
  <w:footnote w:type="continuationSeparator" w:id="0">
    <w:p w14:paraId="599D12AF" w14:textId="77777777" w:rsidR="0025776D" w:rsidRDefault="0025776D" w:rsidP="003C7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D12B2" w14:textId="77777777" w:rsidR="003E7E56" w:rsidRDefault="004F6445">
    <w:pPr>
      <w:pStyle w:val="Header"/>
    </w:pPr>
    <w:r>
      <w:rPr>
        <w:noProof/>
      </w:rPr>
      <w:pict w14:anchorId="599D12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5844" o:spid="_x0000_s2056" type="#_x0000_t75" style="position:absolute;margin-left:0;margin-top:0;width:431.55pt;height:610.3pt;z-index:-251656192;mso-position-horizontal:center;mso-position-horizontal-relative:margin;mso-position-vertical:center;mso-position-vertical-relative:margin" o:allowincell="f">
          <v:imagedata r:id="rId1" o:title="LOGO B&amp;W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D12B3" w14:textId="77777777" w:rsidR="00A42A62" w:rsidRDefault="00A42A62">
    <w:pPr>
      <w:pStyle w:val="Header"/>
    </w:pPr>
    <w:r w:rsidRPr="003C7DE8">
      <w:rPr>
        <w:noProof/>
        <w:lang w:val="en-IN" w:eastAsia="en-IN"/>
      </w:rPr>
      <w:drawing>
        <wp:anchor distT="0" distB="0" distL="114300" distR="114300" simplePos="0" relativeHeight="251658752" behindDoc="0" locked="0" layoutInCell="1" allowOverlap="1" wp14:anchorId="599D12BC" wp14:editId="599D12BD">
          <wp:simplePos x="0" y="0"/>
          <wp:positionH relativeFrom="column">
            <wp:posOffset>-864870</wp:posOffset>
          </wp:positionH>
          <wp:positionV relativeFrom="paragraph">
            <wp:posOffset>-279399</wp:posOffset>
          </wp:positionV>
          <wp:extent cx="6905625" cy="1066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 p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5625" cy="10668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99D12B4" w14:textId="77777777" w:rsidR="00A42A62" w:rsidRDefault="00A42A62">
    <w:pPr>
      <w:pStyle w:val="Header"/>
    </w:pPr>
  </w:p>
  <w:p w14:paraId="599D12B5" w14:textId="77777777" w:rsidR="00A42A62" w:rsidRDefault="00A42A62">
    <w:pPr>
      <w:pStyle w:val="Header"/>
    </w:pPr>
  </w:p>
  <w:p w14:paraId="599D12B6" w14:textId="77777777" w:rsidR="00A42A62" w:rsidRDefault="00A42A62">
    <w:pPr>
      <w:pStyle w:val="Header"/>
    </w:pPr>
  </w:p>
  <w:p w14:paraId="599D12B7" w14:textId="77777777" w:rsidR="003C7DE8" w:rsidRDefault="004F6445">
    <w:pPr>
      <w:pStyle w:val="Header"/>
    </w:pPr>
    <w:r>
      <w:rPr>
        <w:noProof/>
      </w:rPr>
      <w:pict w14:anchorId="599D12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5845" o:spid="_x0000_s2057" type="#_x0000_t75" style="position:absolute;margin-left:0;margin-top:0;width:431.55pt;height:610.3pt;z-index:-251655168;mso-position-horizontal:center;mso-position-horizontal-relative:margin;mso-position-vertical:center;mso-position-vertical-relative:margin" o:allowincell="f">
          <v:imagedata r:id="rId2" o:title="LOGO B&amp;W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D12BA" w14:textId="77777777" w:rsidR="003E7E56" w:rsidRDefault="004F6445">
    <w:pPr>
      <w:pStyle w:val="Header"/>
    </w:pPr>
    <w:r>
      <w:rPr>
        <w:noProof/>
      </w:rPr>
      <w:pict w14:anchorId="599D12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5843" o:spid="_x0000_s2055" type="#_x0000_t75" style="position:absolute;margin-left:0;margin-top:0;width:431.55pt;height:610.3pt;z-index:-251657216;mso-position-horizontal:center;mso-position-horizontal-relative:margin;mso-position-vertical:center;mso-position-vertical-relative:margin" o:allowincell="f">
          <v:imagedata r:id="rId1" o:title="LOGO B&amp;W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912655">
    <w:abstractNumId w:val="8"/>
  </w:num>
  <w:num w:numId="2" w16cid:durableId="2081243155">
    <w:abstractNumId w:val="6"/>
  </w:num>
  <w:num w:numId="3" w16cid:durableId="860362837">
    <w:abstractNumId w:val="5"/>
  </w:num>
  <w:num w:numId="4" w16cid:durableId="1363164023">
    <w:abstractNumId w:val="4"/>
  </w:num>
  <w:num w:numId="5" w16cid:durableId="12876576">
    <w:abstractNumId w:val="7"/>
  </w:num>
  <w:num w:numId="6" w16cid:durableId="1236891566">
    <w:abstractNumId w:val="3"/>
  </w:num>
  <w:num w:numId="7" w16cid:durableId="1736200383">
    <w:abstractNumId w:val="2"/>
  </w:num>
  <w:num w:numId="8" w16cid:durableId="351423366">
    <w:abstractNumId w:val="1"/>
  </w:num>
  <w:num w:numId="9" w16cid:durableId="2019187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34616"/>
    <w:rsid w:val="0006063C"/>
    <w:rsid w:val="00071F8E"/>
    <w:rsid w:val="00103E6A"/>
    <w:rsid w:val="0015074B"/>
    <w:rsid w:val="0019155D"/>
    <w:rsid w:val="0025776D"/>
    <w:rsid w:val="0029639D"/>
    <w:rsid w:val="002B15CB"/>
    <w:rsid w:val="002E6550"/>
    <w:rsid w:val="00326F90"/>
    <w:rsid w:val="003A3CC3"/>
    <w:rsid w:val="003C46D3"/>
    <w:rsid w:val="003C7DE8"/>
    <w:rsid w:val="003E7E56"/>
    <w:rsid w:val="004428A4"/>
    <w:rsid w:val="00445676"/>
    <w:rsid w:val="004A5C31"/>
    <w:rsid w:val="004F6445"/>
    <w:rsid w:val="00520D3F"/>
    <w:rsid w:val="007B779C"/>
    <w:rsid w:val="00890CAF"/>
    <w:rsid w:val="008A76BC"/>
    <w:rsid w:val="008B1972"/>
    <w:rsid w:val="008B25F6"/>
    <w:rsid w:val="008B7FA9"/>
    <w:rsid w:val="008D030A"/>
    <w:rsid w:val="008F2FF9"/>
    <w:rsid w:val="0097243A"/>
    <w:rsid w:val="00A42A62"/>
    <w:rsid w:val="00A50931"/>
    <w:rsid w:val="00AA1D8D"/>
    <w:rsid w:val="00AA6326"/>
    <w:rsid w:val="00AB02C7"/>
    <w:rsid w:val="00B47730"/>
    <w:rsid w:val="00B570CC"/>
    <w:rsid w:val="00B661BC"/>
    <w:rsid w:val="00C02D9D"/>
    <w:rsid w:val="00CB0664"/>
    <w:rsid w:val="00CD6052"/>
    <w:rsid w:val="00D36110"/>
    <w:rsid w:val="00D36EDE"/>
    <w:rsid w:val="00D46116"/>
    <w:rsid w:val="00DB5DA6"/>
    <w:rsid w:val="00E220A1"/>
    <w:rsid w:val="00E54468"/>
    <w:rsid w:val="00E65DC6"/>
    <w:rsid w:val="00F33D2D"/>
    <w:rsid w:val="00F60190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8"/>
    <o:shapelayout v:ext="edit">
      <o:idmap v:ext="edit" data="1"/>
    </o:shapelayout>
  </w:shapeDefaults>
  <w:decimalSymbol w:val="."/>
  <w:listSeparator w:val=","/>
  <w14:docId w14:val="599D1242"/>
  <w15:docId w15:val="{0DE497C0-3AFC-4943-B6C2-50E2DAEC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C7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1151CA-825C-4B4C-B51E-4010E3B6B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Suman Roy</cp:lastModifiedBy>
  <cp:revision>41</cp:revision>
  <cp:lastPrinted>2026-07-21T08:10:00Z</cp:lastPrinted>
  <dcterms:created xsi:type="dcterms:W3CDTF">2013-12-23T23:15:00Z</dcterms:created>
  <dcterms:modified xsi:type="dcterms:W3CDTF">2026-08-06T13:09:00Z</dcterms:modified>
  <cp:category/>
</cp:coreProperties>
</file>